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A8B40" w14:textId="77777777" w:rsidR="000A0704" w:rsidRPr="003B22A2" w:rsidRDefault="00000000" w:rsidP="000A0704">
      <w:pPr>
        <w:pStyle w:val="Ttulo"/>
        <w:spacing w:before="120"/>
        <w:rPr>
          <w:rFonts w:cstheme="majorHAnsi"/>
          <w:color w:val="004600"/>
          <w:sz w:val="44"/>
          <w:szCs w:val="44"/>
        </w:rPr>
      </w:pPr>
      <w:bookmarkStart w:id="0" w:name="_Hlk227826042"/>
      <w:r w:rsidRPr="003B22A2">
        <w:rPr>
          <w:rFonts w:cstheme="majorHAnsi"/>
          <w:color w:val="004600"/>
          <w:sz w:val="44"/>
          <w:szCs w:val="44"/>
        </w:rPr>
        <w:t>ATIVIDADE –</w:t>
      </w:r>
    </w:p>
    <w:p w14:paraId="4E4933CD" w14:textId="41F7E35F" w:rsidR="00D33F85" w:rsidRPr="003B22A2" w:rsidRDefault="00000000">
      <w:pPr>
        <w:pStyle w:val="Ttulo"/>
        <w:rPr>
          <w:rFonts w:cstheme="majorHAnsi"/>
          <w:color w:val="008A3E"/>
          <w:sz w:val="44"/>
          <w:szCs w:val="44"/>
          <w:u w:val="single"/>
        </w:rPr>
      </w:pPr>
      <w:r w:rsidRPr="003B22A2">
        <w:rPr>
          <w:rFonts w:cstheme="majorHAnsi"/>
          <w:b/>
          <w:bCs/>
          <w:color w:val="008A3E"/>
          <w:sz w:val="44"/>
          <w:szCs w:val="44"/>
        </w:rPr>
        <w:t>CAMPANHAS PUBLICITÁRIAS ÉTICAS</w:t>
      </w:r>
    </w:p>
    <w:p w14:paraId="6955108B" w14:textId="5EB30873" w:rsidR="00D33F85" w:rsidRPr="00F32A0D" w:rsidRDefault="00000000" w:rsidP="00F32A0D">
      <w:pPr>
        <w:pStyle w:val="Ttulo1"/>
        <w:spacing w:before="240" w:after="120"/>
        <w:rPr>
          <w:rFonts w:cstheme="majorHAnsi"/>
          <w:color w:val="808080" w:themeColor="background1" w:themeShade="80"/>
        </w:rPr>
      </w:pPr>
      <w:r w:rsidRPr="00F32A0D">
        <w:rPr>
          <w:rFonts w:cstheme="majorHAnsi"/>
          <w:color w:val="808080" w:themeColor="background1" w:themeShade="80"/>
        </w:rPr>
        <w:t xml:space="preserve">Parte 1 – Planejamento da </w:t>
      </w:r>
      <w:r w:rsidR="00713072" w:rsidRPr="00F32A0D">
        <w:rPr>
          <w:rFonts w:cstheme="majorHAnsi"/>
          <w:color w:val="808080" w:themeColor="background1" w:themeShade="80"/>
        </w:rPr>
        <w:t>Campanha</w:t>
      </w:r>
    </w:p>
    <w:p w14:paraId="1C6FB511" w14:textId="77777777" w:rsidR="000A0704" w:rsidRPr="003B22A2" w:rsidRDefault="000A0704" w:rsidP="000A0704">
      <w:pPr>
        <w:spacing w:after="0"/>
        <w:rPr>
          <w:rFonts w:asciiTheme="majorHAnsi" w:hAnsiTheme="majorHAnsi" w:cstheme="majorHAnsi"/>
        </w:rPr>
      </w:pPr>
    </w:p>
    <w:tbl>
      <w:tblPr>
        <w:tblStyle w:val="Tabelacomgrade"/>
        <w:tblW w:w="8503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57"/>
        <w:gridCol w:w="6746"/>
      </w:tblGrid>
      <w:tr w:rsidR="000A0704" w:rsidRPr="003B22A2" w14:paraId="1DEB642C" w14:textId="77777777" w:rsidTr="00713072">
        <w:trPr>
          <w:trHeight w:val="510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6037779B" w14:textId="4F104204" w:rsidR="000A0704" w:rsidRPr="003B22A2" w:rsidRDefault="000A0704" w:rsidP="000A0704">
            <w:pPr>
              <w:rPr>
                <w:rFonts w:asciiTheme="majorHAnsi" w:hAnsiTheme="majorHAnsi" w:cstheme="majorHAnsi"/>
              </w:rPr>
            </w:pPr>
            <w:r w:rsidRPr="003B22A2">
              <w:rPr>
                <w:rFonts w:asciiTheme="majorHAnsi" w:hAnsiTheme="majorHAnsi" w:cstheme="majorHAnsi"/>
              </w:rPr>
              <w:t>Nome do grupo</w:t>
            </w:r>
            <w:r w:rsidRPr="003B22A2"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6746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AF46C4B" w14:textId="77777777" w:rsidR="000A0704" w:rsidRPr="003B22A2" w:rsidRDefault="000A0704" w:rsidP="000A0704">
            <w:pPr>
              <w:rPr>
                <w:rFonts w:asciiTheme="majorHAnsi" w:hAnsiTheme="majorHAnsi" w:cstheme="majorHAnsi"/>
              </w:rPr>
            </w:pPr>
          </w:p>
        </w:tc>
      </w:tr>
      <w:tr w:rsidR="00713072" w:rsidRPr="003B22A2" w14:paraId="6EE107E8" w14:textId="77777777" w:rsidTr="00713072">
        <w:trPr>
          <w:trHeight w:val="57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AB6CB" w14:textId="77777777" w:rsidR="00713072" w:rsidRPr="003B22A2" w:rsidRDefault="00713072" w:rsidP="000A070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74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BD32936" w14:textId="77777777" w:rsidR="00713072" w:rsidRPr="003B22A2" w:rsidRDefault="00713072" w:rsidP="000A0704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</w:tc>
      </w:tr>
      <w:tr w:rsidR="000A0704" w:rsidRPr="003B22A2" w14:paraId="1694C265" w14:textId="77777777" w:rsidTr="00713072">
        <w:trPr>
          <w:trHeight w:val="510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4C7A2234" w14:textId="7A955CA6" w:rsidR="000A0704" w:rsidRPr="003B22A2" w:rsidRDefault="000A0704" w:rsidP="000A0704">
            <w:pPr>
              <w:rPr>
                <w:rFonts w:asciiTheme="majorHAnsi" w:hAnsiTheme="majorHAnsi" w:cstheme="majorHAnsi"/>
              </w:rPr>
            </w:pPr>
            <w:r w:rsidRPr="003B22A2">
              <w:rPr>
                <w:rFonts w:asciiTheme="majorHAnsi" w:hAnsiTheme="majorHAnsi" w:cstheme="majorHAnsi"/>
              </w:rPr>
              <w:t>Integrantes:</w:t>
            </w:r>
          </w:p>
        </w:tc>
        <w:tc>
          <w:tcPr>
            <w:tcW w:w="67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</w:tcBorders>
            <w:vAlign w:val="center"/>
          </w:tcPr>
          <w:p w14:paraId="047EFBF6" w14:textId="77777777" w:rsidR="000A0704" w:rsidRPr="003B22A2" w:rsidRDefault="000A0704" w:rsidP="000A0704">
            <w:pPr>
              <w:rPr>
                <w:rFonts w:asciiTheme="majorHAnsi" w:hAnsiTheme="majorHAnsi" w:cstheme="majorHAnsi"/>
              </w:rPr>
            </w:pPr>
          </w:p>
        </w:tc>
      </w:tr>
    </w:tbl>
    <w:p w14:paraId="25797BB6" w14:textId="77777777" w:rsidR="000A0704" w:rsidRPr="003B22A2" w:rsidRDefault="000A0704" w:rsidP="000A0704">
      <w:pPr>
        <w:spacing w:after="0"/>
        <w:rPr>
          <w:rFonts w:asciiTheme="majorHAnsi" w:hAnsiTheme="majorHAnsi" w:cstheme="majorHAnsi"/>
        </w:rPr>
      </w:pPr>
    </w:p>
    <w:tbl>
      <w:tblPr>
        <w:tblStyle w:val="Tabelacomgrade"/>
        <w:tblW w:w="0" w:type="auto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6"/>
      </w:tblGrid>
      <w:tr w:rsidR="00713072" w:rsidRPr="003B22A2" w14:paraId="2378D5CA" w14:textId="77777777" w:rsidTr="00F32A0D">
        <w:trPr>
          <w:trHeight w:val="454"/>
        </w:trPr>
        <w:tc>
          <w:tcPr>
            <w:tcW w:w="864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4C422D2" w14:textId="0521F66D" w:rsidR="00713072" w:rsidRPr="00215D1E" w:rsidRDefault="00713072" w:rsidP="00215D1E">
            <w:pPr>
              <w:pStyle w:val="PargrafodaLista"/>
              <w:numPr>
                <w:ilvl w:val="0"/>
                <w:numId w:val="10"/>
              </w:numPr>
              <w:rPr>
                <w:rFonts w:asciiTheme="majorHAnsi" w:hAnsiTheme="majorHAnsi" w:cstheme="majorHAnsi"/>
              </w:rPr>
            </w:pPr>
            <w:r w:rsidRPr="00215D1E">
              <w:rPr>
                <w:rFonts w:asciiTheme="majorHAnsi" w:hAnsiTheme="majorHAnsi" w:cstheme="majorHAnsi"/>
              </w:rPr>
              <w:t>Público-alvo:</w:t>
            </w:r>
          </w:p>
        </w:tc>
      </w:tr>
      <w:tr w:rsidR="00713072" w:rsidRPr="003B22A2" w14:paraId="1A7646E9" w14:textId="77777777" w:rsidTr="00F32A0D">
        <w:trPr>
          <w:trHeight w:val="1644"/>
        </w:trPr>
        <w:tc>
          <w:tcPr>
            <w:tcW w:w="864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EE328B6" w14:textId="77777777" w:rsidR="00713072" w:rsidRDefault="0071307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377B339F" w14:textId="77777777" w:rsid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7C06584C" w14:textId="77777777" w:rsidR="003B22A2" w:rsidRP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</w:tc>
      </w:tr>
      <w:tr w:rsidR="00713072" w:rsidRPr="003B22A2" w14:paraId="5937EADD" w14:textId="77777777" w:rsidTr="00F32A0D">
        <w:trPr>
          <w:trHeight w:val="283"/>
        </w:trPr>
        <w:tc>
          <w:tcPr>
            <w:tcW w:w="8644" w:type="dxa"/>
            <w:tcBorders>
              <w:top w:val="single" w:sz="4" w:space="0" w:color="808080" w:themeColor="background1" w:themeShade="80"/>
            </w:tcBorders>
            <w:vAlign w:val="center"/>
          </w:tcPr>
          <w:p w14:paraId="6DAE77D4" w14:textId="34592832" w:rsidR="00713072" w:rsidRPr="003B22A2" w:rsidRDefault="00713072" w:rsidP="003B22A2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</w:tc>
      </w:tr>
      <w:tr w:rsidR="00713072" w:rsidRPr="003B22A2" w14:paraId="267C1E18" w14:textId="77777777" w:rsidTr="00F32A0D">
        <w:trPr>
          <w:trHeight w:val="454"/>
        </w:trPr>
        <w:tc>
          <w:tcPr>
            <w:tcW w:w="864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FFDCBB1" w14:textId="43CF2C6A" w:rsidR="00713072" w:rsidRPr="00215D1E" w:rsidRDefault="003B22A2" w:rsidP="00215D1E">
            <w:pPr>
              <w:pStyle w:val="PargrafodaLista"/>
              <w:numPr>
                <w:ilvl w:val="0"/>
                <w:numId w:val="10"/>
              </w:numPr>
              <w:rPr>
                <w:rFonts w:asciiTheme="majorHAnsi" w:hAnsiTheme="majorHAnsi" w:cstheme="majorHAnsi"/>
                <w:sz w:val="10"/>
                <w:szCs w:val="10"/>
              </w:rPr>
            </w:pPr>
            <w:r w:rsidRPr="00215D1E">
              <w:rPr>
                <w:rFonts w:asciiTheme="majorHAnsi" w:hAnsiTheme="majorHAnsi" w:cstheme="majorHAnsi"/>
              </w:rPr>
              <w:t>Principais preocupações do público:</w:t>
            </w:r>
          </w:p>
        </w:tc>
      </w:tr>
      <w:tr w:rsidR="00713072" w:rsidRPr="003B22A2" w14:paraId="1848C9AC" w14:textId="77777777" w:rsidTr="00F32A0D">
        <w:trPr>
          <w:trHeight w:val="1644"/>
        </w:trPr>
        <w:tc>
          <w:tcPr>
            <w:tcW w:w="864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77C6894D" w14:textId="77777777" w:rsidR="00713072" w:rsidRDefault="0071307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6883D0EE" w14:textId="77777777" w:rsid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029B3B91" w14:textId="77777777" w:rsidR="003B22A2" w:rsidRP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</w:tc>
      </w:tr>
      <w:tr w:rsidR="00713072" w:rsidRPr="003B22A2" w14:paraId="017608F2" w14:textId="77777777" w:rsidTr="00F32A0D">
        <w:trPr>
          <w:trHeight w:val="283"/>
        </w:trPr>
        <w:tc>
          <w:tcPr>
            <w:tcW w:w="8644" w:type="dxa"/>
            <w:tcBorders>
              <w:top w:val="single" w:sz="4" w:space="0" w:color="808080" w:themeColor="background1" w:themeShade="80"/>
            </w:tcBorders>
            <w:vAlign w:val="center"/>
          </w:tcPr>
          <w:p w14:paraId="75E586EC" w14:textId="023CC0C6" w:rsidR="00713072" w:rsidRPr="003B22A2" w:rsidRDefault="00713072" w:rsidP="003B22A2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</w:tc>
      </w:tr>
      <w:tr w:rsidR="00713072" w:rsidRPr="003B22A2" w14:paraId="7F66708E" w14:textId="77777777" w:rsidTr="00F32A0D">
        <w:trPr>
          <w:trHeight w:val="454"/>
        </w:trPr>
        <w:tc>
          <w:tcPr>
            <w:tcW w:w="864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841CD1C" w14:textId="6007E49E" w:rsidR="00713072" w:rsidRPr="00215D1E" w:rsidRDefault="003B22A2" w:rsidP="00215D1E">
            <w:pPr>
              <w:pStyle w:val="PargrafodaLista"/>
              <w:numPr>
                <w:ilvl w:val="0"/>
                <w:numId w:val="10"/>
              </w:numPr>
              <w:rPr>
                <w:rFonts w:asciiTheme="majorHAnsi" w:hAnsiTheme="majorHAnsi" w:cstheme="majorHAnsi"/>
                <w:sz w:val="10"/>
                <w:szCs w:val="10"/>
              </w:rPr>
            </w:pPr>
            <w:r w:rsidRPr="00215D1E">
              <w:rPr>
                <w:rFonts w:asciiTheme="majorHAnsi" w:hAnsiTheme="majorHAnsi" w:cstheme="majorHAnsi"/>
              </w:rPr>
              <w:t>Como o produto resolve esses problemas:</w:t>
            </w:r>
          </w:p>
        </w:tc>
      </w:tr>
      <w:tr w:rsidR="00713072" w:rsidRPr="003B22A2" w14:paraId="1E34095B" w14:textId="77777777" w:rsidTr="00F32A0D">
        <w:trPr>
          <w:trHeight w:val="1644"/>
        </w:trPr>
        <w:tc>
          <w:tcPr>
            <w:tcW w:w="864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013B77F" w14:textId="77777777" w:rsidR="00713072" w:rsidRDefault="0071307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190785E2" w14:textId="77777777" w:rsid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09585EA8" w14:textId="77777777" w:rsidR="003B22A2" w:rsidRP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</w:tc>
      </w:tr>
      <w:tr w:rsidR="00713072" w:rsidRPr="003B22A2" w14:paraId="38ED5ACA" w14:textId="77777777" w:rsidTr="00F32A0D">
        <w:trPr>
          <w:trHeight w:val="283"/>
        </w:trPr>
        <w:tc>
          <w:tcPr>
            <w:tcW w:w="8644" w:type="dxa"/>
            <w:tcBorders>
              <w:top w:val="single" w:sz="4" w:space="0" w:color="808080" w:themeColor="background1" w:themeShade="80"/>
            </w:tcBorders>
            <w:vAlign w:val="center"/>
          </w:tcPr>
          <w:p w14:paraId="4D57B5FC" w14:textId="2C499E7E" w:rsidR="00713072" w:rsidRPr="003B22A2" w:rsidRDefault="00713072" w:rsidP="003B22A2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</w:tc>
      </w:tr>
      <w:tr w:rsidR="00713072" w:rsidRPr="003B22A2" w14:paraId="748BE4D9" w14:textId="77777777" w:rsidTr="00F32A0D">
        <w:trPr>
          <w:trHeight w:val="454"/>
        </w:trPr>
        <w:tc>
          <w:tcPr>
            <w:tcW w:w="864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04C0D3D9" w14:textId="1AA13122" w:rsidR="00713072" w:rsidRPr="00215D1E" w:rsidRDefault="003B22A2" w:rsidP="00215D1E">
            <w:pPr>
              <w:pStyle w:val="PargrafodaLista"/>
              <w:numPr>
                <w:ilvl w:val="0"/>
                <w:numId w:val="10"/>
              </w:numPr>
              <w:rPr>
                <w:rFonts w:asciiTheme="majorHAnsi" w:hAnsiTheme="majorHAnsi" w:cstheme="majorHAnsi"/>
                <w:sz w:val="10"/>
                <w:szCs w:val="10"/>
              </w:rPr>
            </w:pPr>
            <w:r w:rsidRPr="00215D1E">
              <w:rPr>
                <w:rFonts w:asciiTheme="majorHAnsi" w:hAnsiTheme="majorHAnsi" w:cstheme="majorHAnsi"/>
              </w:rPr>
              <w:t>Valores da campanha:</w:t>
            </w:r>
          </w:p>
        </w:tc>
      </w:tr>
      <w:tr w:rsidR="00713072" w:rsidRPr="003B22A2" w14:paraId="22CFD0D0" w14:textId="77777777" w:rsidTr="00F32A0D">
        <w:trPr>
          <w:trHeight w:val="1644"/>
        </w:trPr>
        <w:tc>
          <w:tcPr>
            <w:tcW w:w="864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2CEC365" w14:textId="77777777" w:rsidR="00713072" w:rsidRDefault="0071307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448028E1" w14:textId="77777777" w:rsid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1BE1C2A3" w14:textId="77777777" w:rsidR="003B22A2" w:rsidRDefault="003B22A2" w:rsidP="003B22A2">
            <w:pPr>
              <w:spacing w:before="120"/>
              <w:rPr>
                <w:rFonts w:asciiTheme="majorHAnsi" w:hAnsiTheme="majorHAnsi" w:cstheme="majorHAnsi"/>
              </w:rPr>
            </w:pPr>
          </w:p>
          <w:p w14:paraId="35D761CD" w14:textId="77777777" w:rsidR="00F32A0D" w:rsidRPr="003B22A2" w:rsidRDefault="00F32A0D" w:rsidP="003B22A2">
            <w:pPr>
              <w:spacing w:before="120"/>
              <w:rPr>
                <w:rFonts w:asciiTheme="majorHAnsi" w:hAnsiTheme="majorHAnsi" w:cstheme="majorHAnsi"/>
              </w:rPr>
            </w:pPr>
          </w:p>
        </w:tc>
      </w:tr>
      <w:tr w:rsidR="00713072" w:rsidRPr="003B22A2" w14:paraId="713CA87F" w14:textId="77777777" w:rsidTr="00F32A0D">
        <w:trPr>
          <w:trHeight w:val="283"/>
        </w:trPr>
        <w:tc>
          <w:tcPr>
            <w:tcW w:w="8644" w:type="dxa"/>
            <w:tcBorders>
              <w:top w:val="single" w:sz="4" w:space="0" w:color="808080" w:themeColor="background1" w:themeShade="80"/>
            </w:tcBorders>
            <w:vAlign w:val="center"/>
          </w:tcPr>
          <w:p w14:paraId="198A7F27" w14:textId="77777777" w:rsidR="00713072" w:rsidRPr="003B22A2" w:rsidRDefault="00713072" w:rsidP="003B22A2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</w:tc>
      </w:tr>
    </w:tbl>
    <w:p w14:paraId="2FC26327" w14:textId="77777777" w:rsidR="00713072" w:rsidRPr="003B22A2" w:rsidRDefault="00713072" w:rsidP="000A0704">
      <w:pPr>
        <w:rPr>
          <w:rFonts w:asciiTheme="majorHAnsi" w:hAnsiTheme="majorHAnsi" w:cstheme="majorHAnsi"/>
        </w:rPr>
      </w:pPr>
    </w:p>
    <w:p w14:paraId="5992AE7F" w14:textId="77777777" w:rsidR="00713072" w:rsidRPr="003B22A2" w:rsidRDefault="00713072" w:rsidP="000A0704">
      <w:pPr>
        <w:rPr>
          <w:rFonts w:asciiTheme="majorHAnsi" w:hAnsiTheme="majorHAnsi" w:cstheme="majorHAnsi"/>
        </w:rPr>
      </w:pPr>
    </w:p>
    <w:p w14:paraId="25543AE3" w14:textId="77777777" w:rsidR="00713072" w:rsidRPr="003B22A2" w:rsidRDefault="00713072" w:rsidP="000A0704">
      <w:pPr>
        <w:rPr>
          <w:rFonts w:asciiTheme="majorHAnsi" w:hAnsiTheme="majorHAnsi" w:cstheme="majorHAnsi"/>
        </w:rPr>
      </w:pPr>
    </w:p>
    <w:tbl>
      <w:tblPr>
        <w:tblStyle w:val="Tabelacomgrade"/>
        <w:tblW w:w="0" w:type="auto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6"/>
      </w:tblGrid>
      <w:tr w:rsidR="00215D1E" w:rsidRPr="003B22A2" w14:paraId="10F7B5B4" w14:textId="77777777" w:rsidTr="00242E5B">
        <w:trPr>
          <w:trHeight w:val="454"/>
        </w:trPr>
        <w:tc>
          <w:tcPr>
            <w:tcW w:w="864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339908EA" w14:textId="34DE7F69" w:rsidR="00215D1E" w:rsidRPr="00215D1E" w:rsidRDefault="00215D1E" w:rsidP="00215D1E">
            <w:pPr>
              <w:pStyle w:val="PargrafodaLista"/>
              <w:numPr>
                <w:ilvl w:val="0"/>
                <w:numId w:val="10"/>
              </w:numPr>
              <w:rPr>
                <w:rFonts w:asciiTheme="majorHAnsi" w:hAnsiTheme="majorHAnsi" w:cstheme="majorHAnsi"/>
                <w:sz w:val="10"/>
                <w:szCs w:val="10"/>
              </w:rPr>
            </w:pPr>
            <w:r w:rsidRPr="00215D1E">
              <w:rPr>
                <w:rFonts w:asciiTheme="majorHAnsi" w:hAnsiTheme="majorHAnsi" w:cstheme="majorHAnsi"/>
              </w:rPr>
              <w:t>Slogan</w:t>
            </w:r>
            <w:r w:rsidRPr="00215D1E">
              <w:rPr>
                <w:rFonts w:asciiTheme="majorHAnsi" w:hAnsiTheme="majorHAnsi" w:cstheme="majorHAnsi"/>
              </w:rPr>
              <w:t>:</w:t>
            </w:r>
          </w:p>
        </w:tc>
      </w:tr>
      <w:tr w:rsidR="00215D1E" w:rsidRPr="003B22A2" w14:paraId="76BBD94A" w14:textId="77777777" w:rsidTr="00242E5B">
        <w:trPr>
          <w:trHeight w:val="1644"/>
        </w:trPr>
        <w:tc>
          <w:tcPr>
            <w:tcW w:w="864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A0272D1" w14:textId="77777777" w:rsidR="00215D1E" w:rsidRDefault="00215D1E" w:rsidP="00242E5B">
            <w:pPr>
              <w:spacing w:before="120"/>
              <w:rPr>
                <w:rFonts w:asciiTheme="majorHAnsi" w:hAnsiTheme="majorHAnsi" w:cstheme="majorHAnsi"/>
              </w:rPr>
            </w:pPr>
          </w:p>
          <w:p w14:paraId="1AFB66CA" w14:textId="77777777" w:rsidR="00215D1E" w:rsidRDefault="00215D1E" w:rsidP="00242E5B">
            <w:pPr>
              <w:spacing w:before="120"/>
              <w:rPr>
                <w:rFonts w:asciiTheme="majorHAnsi" w:hAnsiTheme="majorHAnsi" w:cstheme="majorHAnsi"/>
              </w:rPr>
            </w:pPr>
          </w:p>
          <w:p w14:paraId="39A302F7" w14:textId="77777777" w:rsidR="00215D1E" w:rsidRDefault="00215D1E" w:rsidP="00242E5B">
            <w:pPr>
              <w:spacing w:before="120"/>
              <w:rPr>
                <w:rFonts w:asciiTheme="majorHAnsi" w:hAnsiTheme="majorHAnsi" w:cstheme="majorHAnsi"/>
              </w:rPr>
            </w:pPr>
          </w:p>
          <w:p w14:paraId="3DB57E52" w14:textId="77777777" w:rsidR="00215D1E" w:rsidRPr="003B22A2" w:rsidRDefault="00215D1E" w:rsidP="00242E5B">
            <w:pPr>
              <w:spacing w:before="120"/>
              <w:rPr>
                <w:rFonts w:asciiTheme="majorHAnsi" w:hAnsiTheme="majorHAnsi" w:cstheme="majorHAnsi"/>
              </w:rPr>
            </w:pPr>
          </w:p>
        </w:tc>
      </w:tr>
    </w:tbl>
    <w:p w14:paraId="159FEECE" w14:textId="77777777" w:rsidR="00215D1E" w:rsidRDefault="00215D1E">
      <w:pPr>
        <w:rPr>
          <w:rFonts w:asciiTheme="majorHAnsi" w:hAnsiTheme="majorHAnsi" w:cstheme="majorHAnsi"/>
        </w:rPr>
      </w:pPr>
    </w:p>
    <w:bookmarkEnd w:id="0"/>
    <w:p w14:paraId="7EE47312" w14:textId="1187C83A" w:rsidR="00D33F85" w:rsidRPr="003B22A2" w:rsidRDefault="00D33F85">
      <w:pPr>
        <w:rPr>
          <w:rFonts w:asciiTheme="majorHAnsi" w:hAnsiTheme="majorHAnsi" w:cstheme="majorHAnsi"/>
        </w:rPr>
      </w:pPr>
    </w:p>
    <w:sectPr w:rsidR="00D33F85" w:rsidRPr="003B22A2" w:rsidSect="000A07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E23AE" w14:textId="77777777" w:rsidR="00CB4980" w:rsidRPr="003B22A2" w:rsidRDefault="00CB4980" w:rsidP="000A0704">
      <w:pPr>
        <w:spacing w:after="0" w:line="240" w:lineRule="auto"/>
      </w:pPr>
      <w:r w:rsidRPr="003B22A2">
        <w:separator/>
      </w:r>
    </w:p>
  </w:endnote>
  <w:endnote w:type="continuationSeparator" w:id="0">
    <w:p w14:paraId="11A2CE7C" w14:textId="77777777" w:rsidR="00CB4980" w:rsidRPr="003B22A2" w:rsidRDefault="00CB4980" w:rsidP="000A0704">
      <w:pPr>
        <w:spacing w:after="0" w:line="240" w:lineRule="auto"/>
      </w:pPr>
      <w:r w:rsidRPr="003B22A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20B1B" w14:textId="77777777" w:rsidR="000A0704" w:rsidRPr="003B22A2" w:rsidRDefault="000A07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D1319" w14:textId="77777777" w:rsidR="000A0704" w:rsidRPr="003B22A2" w:rsidRDefault="000A070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15B32" w14:textId="77777777" w:rsidR="000A0704" w:rsidRPr="003B22A2" w:rsidRDefault="000A07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D6D5F" w14:textId="77777777" w:rsidR="00CB4980" w:rsidRPr="003B22A2" w:rsidRDefault="00CB4980" w:rsidP="000A0704">
      <w:pPr>
        <w:spacing w:after="0" w:line="240" w:lineRule="auto"/>
      </w:pPr>
      <w:r w:rsidRPr="003B22A2">
        <w:separator/>
      </w:r>
    </w:p>
  </w:footnote>
  <w:footnote w:type="continuationSeparator" w:id="0">
    <w:p w14:paraId="00D9470C" w14:textId="77777777" w:rsidR="00CB4980" w:rsidRPr="003B22A2" w:rsidRDefault="00CB4980" w:rsidP="000A0704">
      <w:pPr>
        <w:spacing w:after="0" w:line="240" w:lineRule="auto"/>
      </w:pPr>
      <w:r w:rsidRPr="003B22A2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3838" w14:textId="6BF95B4E" w:rsidR="000A0704" w:rsidRPr="003B22A2" w:rsidRDefault="000A0704">
    <w:pPr>
      <w:pStyle w:val="Cabealho"/>
    </w:pPr>
    <w:r w:rsidRPr="003B22A2">
      <w:rPr>
        <w:noProof/>
      </w:rPr>
      <w:pict w14:anchorId="5830A5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7251" o:spid="_x0000_s1026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(05) Coopeg - Papel Timbrado_2026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B6C72" w14:textId="5D3750A9" w:rsidR="000A0704" w:rsidRPr="003B22A2" w:rsidRDefault="000A0704">
    <w:pPr>
      <w:pStyle w:val="Cabealho"/>
    </w:pPr>
    <w:r w:rsidRPr="003B22A2">
      <w:rPr>
        <w:noProof/>
      </w:rPr>
      <w:pict w14:anchorId="2E1E44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7252" o:spid="_x0000_s1027" type="#_x0000_t75" style="position:absolute;margin-left:0;margin-top:0;width:595.7pt;height:841.9pt;z-index:-251656192;mso-position-horizontal:center;mso-position-horizontal-relative:margin;mso-position-vertical:center;mso-position-vertical-relative:margin" o:allowincell="f">
          <v:imagedata r:id="rId1" o:title="(05) Coopeg - Papel Timbrado_2026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F3C9F" w14:textId="3096EF8E" w:rsidR="000A0704" w:rsidRPr="003B22A2" w:rsidRDefault="000A0704">
    <w:pPr>
      <w:pStyle w:val="Cabealho"/>
    </w:pPr>
    <w:r w:rsidRPr="003B22A2">
      <w:rPr>
        <w:noProof/>
      </w:rPr>
      <w:pict w14:anchorId="2970EB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7250" o:spid="_x0000_s1025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(05) Coopeg - Papel Timbrado_2026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74E5DFE"/>
    <w:multiLevelType w:val="hybridMultilevel"/>
    <w:tmpl w:val="7F36AD6C"/>
    <w:lvl w:ilvl="0" w:tplc="9AEAA62A">
      <w:start w:val="1"/>
      <w:numFmt w:val="decimalZero"/>
      <w:lvlText w:val="%1)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238450">
    <w:abstractNumId w:val="8"/>
  </w:num>
  <w:num w:numId="2" w16cid:durableId="2025353414">
    <w:abstractNumId w:val="6"/>
  </w:num>
  <w:num w:numId="3" w16cid:durableId="153035812">
    <w:abstractNumId w:val="5"/>
  </w:num>
  <w:num w:numId="4" w16cid:durableId="2103525984">
    <w:abstractNumId w:val="4"/>
  </w:num>
  <w:num w:numId="5" w16cid:durableId="430275873">
    <w:abstractNumId w:val="7"/>
  </w:num>
  <w:num w:numId="6" w16cid:durableId="805928271">
    <w:abstractNumId w:val="3"/>
  </w:num>
  <w:num w:numId="7" w16cid:durableId="1473980199">
    <w:abstractNumId w:val="2"/>
  </w:num>
  <w:num w:numId="8" w16cid:durableId="520509074">
    <w:abstractNumId w:val="1"/>
  </w:num>
  <w:num w:numId="9" w16cid:durableId="451555864">
    <w:abstractNumId w:val="0"/>
  </w:num>
  <w:num w:numId="10" w16cid:durableId="13196504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0704"/>
    <w:rsid w:val="0015074B"/>
    <w:rsid w:val="00215D1E"/>
    <w:rsid w:val="0029639D"/>
    <w:rsid w:val="002C1305"/>
    <w:rsid w:val="00326F90"/>
    <w:rsid w:val="003B22A2"/>
    <w:rsid w:val="00713072"/>
    <w:rsid w:val="00AA1D8D"/>
    <w:rsid w:val="00B47730"/>
    <w:rsid w:val="00CB0664"/>
    <w:rsid w:val="00CB4980"/>
    <w:rsid w:val="00D33F85"/>
    <w:rsid w:val="00F32A0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0B86909"/>
  <w14:defaultImageDpi w14:val="330"/>
  <w15:docId w15:val="{DBDF2053-592D-475D-A1FD-4D2758A93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</Words>
  <Characters>232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3</cp:revision>
  <dcterms:created xsi:type="dcterms:W3CDTF">2026-04-23T12:03:00Z</dcterms:created>
  <dcterms:modified xsi:type="dcterms:W3CDTF">2026-04-23T12:10:00Z</dcterms:modified>
  <cp:category/>
</cp:coreProperties>
</file>